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5F10F" w14:textId="77777777" w:rsidR="00CA0D78" w:rsidRDefault="007E64FE" w:rsidP="00BF37F8">
      <w:pPr>
        <w:spacing w:after="0"/>
        <w:rPr>
          <w:lang w:val="ru-RU"/>
        </w:rPr>
      </w:pPr>
      <w:proofErr w:type="spellStart"/>
      <w:r w:rsidRPr="00611260">
        <w:rPr>
          <w:b/>
          <w:bCs/>
          <w:lang w:val="ru-RU"/>
        </w:rPr>
        <w:t>Найменування</w:t>
      </w:r>
      <w:proofErr w:type="spellEnd"/>
      <w:r w:rsidRPr="00611260">
        <w:rPr>
          <w:b/>
          <w:bCs/>
          <w:lang w:val="ru-RU"/>
        </w:rPr>
        <w:t xml:space="preserve"> </w:t>
      </w:r>
      <w:proofErr w:type="spellStart"/>
      <w:r w:rsidRPr="00611260">
        <w:rPr>
          <w:b/>
          <w:bCs/>
          <w:lang w:val="ru-RU"/>
        </w:rPr>
        <w:t>суб’єкта</w:t>
      </w:r>
      <w:proofErr w:type="spellEnd"/>
      <w:r w:rsidRPr="00611260">
        <w:rPr>
          <w:b/>
          <w:bCs/>
          <w:lang w:val="ru-RU"/>
        </w:rPr>
        <w:t xml:space="preserve"> </w:t>
      </w:r>
      <w:proofErr w:type="spellStart"/>
      <w:r w:rsidRPr="00611260">
        <w:rPr>
          <w:b/>
          <w:bCs/>
          <w:lang w:val="ru-RU"/>
        </w:rPr>
        <w:t>господарювання</w:t>
      </w:r>
      <w:proofErr w:type="spellEnd"/>
      <w:r w:rsidRPr="00611260">
        <w:rPr>
          <w:b/>
          <w:bCs/>
          <w:lang w:val="ru-RU"/>
        </w:rPr>
        <w:t>:</w:t>
      </w:r>
      <w:r w:rsidR="00CA0D78">
        <w:rPr>
          <w:lang w:val="ru-RU"/>
        </w:rPr>
        <w:t xml:space="preserve"> </w:t>
      </w:r>
    </w:p>
    <w:p w14:paraId="749DA709" w14:textId="602DB584" w:rsidR="00DD7C90" w:rsidRPr="00546ACC" w:rsidRDefault="00546ACC" w:rsidP="00BF37F8">
      <w:pPr>
        <w:spacing w:after="0"/>
        <w:rPr>
          <w:lang w:val="ru-RU"/>
        </w:rPr>
      </w:pPr>
      <w:r>
        <w:rPr>
          <w:lang w:val="ru-RU"/>
        </w:rPr>
        <w:t xml:space="preserve">ФОП </w:t>
      </w:r>
      <w:r w:rsidRPr="00546ACC">
        <w:rPr>
          <w:lang w:val="ru-RU"/>
        </w:rPr>
        <w:t xml:space="preserve">Патражалік Максим </w:t>
      </w:r>
      <w:proofErr w:type="spellStart"/>
      <w:r w:rsidRPr="00546ACC">
        <w:rPr>
          <w:lang w:val="ru-RU"/>
        </w:rPr>
        <w:t>Олександрович</w:t>
      </w:r>
      <w:proofErr w:type="spellEnd"/>
    </w:p>
    <w:p w14:paraId="5F1DF543" w14:textId="7E6648B2" w:rsidR="00CA0D78" w:rsidRPr="00546ACC" w:rsidRDefault="007E64FE" w:rsidP="00CA0D78">
      <w:pPr>
        <w:spacing w:after="0" w:line="240" w:lineRule="auto"/>
        <w:rPr>
          <w:lang w:val="ru-RU"/>
        </w:rPr>
      </w:pPr>
      <w:r w:rsidRPr="00611260">
        <w:rPr>
          <w:b/>
          <w:bCs/>
          <w:lang w:val="ru-RU"/>
        </w:rPr>
        <w:t>Код ЄДРПОУ</w:t>
      </w:r>
      <w:r w:rsidR="00DD7C90">
        <w:rPr>
          <w:b/>
          <w:bCs/>
          <w:lang w:val="ru-RU"/>
        </w:rPr>
        <w:t xml:space="preserve">: </w:t>
      </w:r>
      <w:r w:rsidR="00546ACC" w:rsidRPr="00546ACC">
        <w:t>3142624114</w:t>
      </w:r>
    </w:p>
    <w:p w14:paraId="1B56E1E2" w14:textId="77777777" w:rsidR="00CA0D78" w:rsidRDefault="007E64FE" w:rsidP="00CA0D78">
      <w:pPr>
        <w:spacing w:after="0" w:line="240" w:lineRule="auto"/>
        <w:rPr>
          <w:lang w:val="ru-RU"/>
        </w:rPr>
      </w:pPr>
      <w:r w:rsidRPr="00611260">
        <w:rPr>
          <w:b/>
          <w:bCs/>
          <w:lang w:val="ru-RU"/>
        </w:rPr>
        <w:t xml:space="preserve">Адреса </w:t>
      </w:r>
      <w:proofErr w:type="spellStart"/>
      <w:r w:rsidRPr="00611260">
        <w:rPr>
          <w:b/>
          <w:bCs/>
          <w:lang w:val="ru-RU"/>
        </w:rPr>
        <w:t>господарської</w:t>
      </w:r>
      <w:proofErr w:type="spellEnd"/>
      <w:r w:rsidRPr="00611260">
        <w:rPr>
          <w:b/>
          <w:bCs/>
          <w:lang w:val="ru-RU"/>
        </w:rPr>
        <w:t xml:space="preserve"> </w:t>
      </w:r>
      <w:proofErr w:type="spellStart"/>
      <w:r w:rsidRPr="00611260">
        <w:rPr>
          <w:b/>
          <w:bCs/>
          <w:lang w:val="ru-RU"/>
        </w:rPr>
        <w:t>одиниці</w:t>
      </w:r>
      <w:proofErr w:type="spellEnd"/>
      <w:r w:rsidRPr="00611260">
        <w:rPr>
          <w:b/>
          <w:bCs/>
          <w:lang w:val="ru-RU"/>
        </w:rPr>
        <w:t>:</w:t>
      </w:r>
      <w:r w:rsidRPr="00743CDC">
        <w:rPr>
          <w:lang w:val="ru-RU"/>
        </w:rPr>
        <w:t xml:space="preserve"> </w:t>
      </w:r>
    </w:p>
    <w:p w14:paraId="6503D368" w14:textId="27ABB501" w:rsidR="00546ACC" w:rsidRPr="00546ACC" w:rsidRDefault="00546ACC" w:rsidP="00546ACC">
      <w:pPr>
        <w:spacing w:after="0" w:line="240" w:lineRule="auto"/>
        <w:rPr>
          <w:lang w:val="ru-RU"/>
        </w:rPr>
      </w:pPr>
      <w:r w:rsidRPr="00546ACC">
        <w:rPr>
          <w:lang w:val="ru-RU"/>
        </w:rPr>
        <w:t xml:space="preserve">65110, </w:t>
      </w:r>
      <w:proofErr w:type="spellStart"/>
      <w:r w:rsidRPr="00546ACC">
        <w:rPr>
          <w:lang w:val="ru-RU"/>
        </w:rPr>
        <w:t>Одеська</w:t>
      </w:r>
      <w:proofErr w:type="spellEnd"/>
      <w:r w:rsidRPr="00546ACC">
        <w:rPr>
          <w:lang w:val="ru-RU"/>
        </w:rPr>
        <w:t xml:space="preserve"> обл., </w:t>
      </w:r>
      <w:proofErr w:type="spellStart"/>
      <w:r w:rsidRPr="00546ACC">
        <w:rPr>
          <w:lang w:val="ru-RU"/>
        </w:rPr>
        <w:t>Одеський</w:t>
      </w:r>
      <w:proofErr w:type="spellEnd"/>
      <w:r w:rsidRPr="00546ACC">
        <w:rPr>
          <w:lang w:val="ru-RU"/>
        </w:rPr>
        <w:t xml:space="preserve"> р-н, селище Авангард, вул. </w:t>
      </w:r>
      <w:r w:rsidRPr="00546ACC">
        <w:t xml:space="preserve">Проїздна, </w:t>
      </w:r>
      <w:proofErr w:type="spellStart"/>
      <w:r w:rsidRPr="00546ACC">
        <w:t>будинок</w:t>
      </w:r>
      <w:proofErr w:type="spellEnd"/>
      <w:r w:rsidRPr="00546ACC">
        <w:t xml:space="preserve"> 21, </w:t>
      </w:r>
      <w:proofErr w:type="spellStart"/>
      <w:r w:rsidRPr="00546ACC">
        <w:t>квартира</w:t>
      </w:r>
      <w:proofErr w:type="spellEnd"/>
      <w:r w:rsidRPr="00546ACC">
        <w:t xml:space="preserve"> 23</w:t>
      </w:r>
      <w:r>
        <w:rPr>
          <w:lang w:val="ru-RU"/>
        </w:rPr>
        <w:t>.</w:t>
      </w:r>
    </w:p>
    <w:p w14:paraId="3E8C4E7C" w14:textId="77777777" w:rsidR="00546ACC" w:rsidRDefault="00546ACC" w:rsidP="00586B2A">
      <w:pPr>
        <w:spacing w:after="0" w:line="240" w:lineRule="auto"/>
        <w:jc w:val="center"/>
      </w:pPr>
    </w:p>
    <w:p w14:paraId="185058DC" w14:textId="5ED222C2" w:rsidR="00586B2A" w:rsidRPr="00E12278" w:rsidRDefault="007E64FE" w:rsidP="00586B2A">
      <w:pPr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  <w:lang w:val="uk-UA"/>
        </w:rPr>
      </w:pPr>
      <w:r w:rsidRPr="00743CDC">
        <w:rPr>
          <w:b/>
          <w:sz w:val="28"/>
          <w:lang w:val="ru-RU"/>
        </w:rPr>
        <w:t>АКТ</w:t>
      </w:r>
      <w:r w:rsidR="00F4011D">
        <w:rPr>
          <w:b/>
          <w:sz w:val="28"/>
          <w:lang w:val="ru-RU"/>
        </w:rPr>
        <w:t xml:space="preserve"> № </w:t>
      </w:r>
      <w:r w:rsidR="00586B2A" w:rsidRPr="00E12278">
        <w:rPr>
          <w:rFonts w:ascii="Times New Roman" w:eastAsia="Calibri" w:hAnsi="Times New Roman" w:cs="Times New Roman"/>
          <w:sz w:val="21"/>
          <w:szCs w:val="21"/>
          <w:lang w:val="uk-UA"/>
        </w:rPr>
        <w:t>___________</w:t>
      </w:r>
    </w:p>
    <w:p w14:paraId="637940CD" w14:textId="3A4A07CD" w:rsidR="00F4011D" w:rsidRDefault="00586B2A" w:rsidP="00586B2A">
      <w:pPr>
        <w:spacing w:after="0"/>
        <w:jc w:val="center"/>
        <w:rPr>
          <w:lang w:val="ru-RU"/>
        </w:rPr>
      </w:pPr>
      <w:r w:rsidRPr="00546ACC">
        <w:rPr>
          <w:rFonts w:ascii="Times New Roman" w:eastAsia="Calibri" w:hAnsi="Times New Roman" w:cs="Times New Roman"/>
          <w:i/>
          <w:sz w:val="21"/>
          <w:szCs w:val="21"/>
          <w:lang w:val="ru-RU"/>
        </w:rPr>
        <w:t xml:space="preserve">                    </w:t>
      </w:r>
      <w:r w:rsidRPr="00E12278">
        <w:rPr>
          <w:rFonts w:ascii="Times New Roman" w:eastAsia="Calibri" w:hAnsi="Times New Roman" w:cs="Times New Roman"/>
          <w:i/>
          <w:sz w:val="21"/>
          <w:szCs w:val="21"/>
          <w:lang w:val="uk-UA"/>
        </w:rPr>
        <w:t>(</w:t>
      </w:r>
      <w:r w:rsidRPr="00B70496">
        <w:rPr>
          <w:rFonts w:ascii="Times New Roman" w:eastAsia="Calibri" w:hAnsi="Times New Roman" w:cs="Times New Roman"/>
          <w:i/>
          <w:sz w:val="13"/>
          <w:szCs w:val="13"/>
          <w:lang w:val="uk-UA"/>
        </w:rPr>
        <w:t>Впишіть номер вашого замовлення</w:t>
      </w:r>
      <w:r w:rsidRPr="00E12278">
        <w:rPr>
          <w:rFonts w:ascii="Times New Roman" w:eastAsia="Calibri" w:hAnsi="Times New Roman" w:cs="Times New Roman"/>
          <w:i/>
          <w:sz w:val="21"/>
          <w:szCs w:val="21"/>
          <w:lang w:val="uk-UA"/>
        </w:rPr>
        <w:t>)</w:t>
      </w:r>
    </w:p>
    <w:p w14:paraId="3DB7DCA7" w14:textId="77777777" w:rsidR="0041644D" w:rsidRPr="00743CDC" w:rsidRDefault="007E64FE" w:rsidP="00BF37F8">
      <w:pPr>
        <w:spacing w:after="240"/>
        <w:jc w:val="center"/>
        <w:rPr>
          <w:lang w:val="ru-RU"/>
        </w:rPr>
      </w:pPr>
      <w:r w:rsidRPr="00743CDC">
        <w:rPr>
          <w:i/>
          <w:lang w:val="ru-RU"/>
        </w:rPr>
        <w:t xml:space="preserve">про </w:t>
      </w:r>
      <w:proofErr w:type="spellStart"/>
      <w:r w:rsidRPr="00743CDC">
        <w:rPr>
          <w:i/>
          <w:lang w:val="ru-RU"/>
        </w:rPr>
        <w:t>видачу</w:t>
      </w:r>
      <w:proofErr w:type="spellEnd"/>
      <w:r w:rsidRPr="00743CDC">
        <w:rPr>
          <w:i/>
          <w:lang w:val="ru-RU"/>
        </w:rPr>
        <w:t xml:space="preserve"> </w:t>
      </w:r>
      <w:proofErr w:type="spellStart"/>
      <w:r w:rsidRPr="00743CDC">
        <w:rPr>
          <w:i/>
          <w:lang w:val="ru-RU"/>
        </w:rPr>
        <w:t>коштів</w:t>
      </w:r>
      <w:proofErr w:type="spellEnd"/>
      <w:r w:rsidRPr="00743CDC">
        <w:rPr>
          <w:i/>
          <w:lang w:val="ru-RU"/>
        </w:rPr>
        <w:t xml:space="preserve"> при </w:t>
      </w:r>
      <w:proofErr w:type="spellStart"/>
      <w:r w:rsidRPr="00743CDC">
        <w:rPr>
          <w:i/>
          <w:lang w:val="ru-RU"/>
        </w:rPr>
        <w:t>поверненні</w:t>
      </w:r>
      <w:proofErr w:type="spellEnd"/>
      <w:r w:rsidRPr="00743CDC">
        <w:rPr>
          <w:i/>
          <w:lang w:val="ru-RU"/>
        </w:rPr>
        <w:t xml:space="preserve"> товару</w:t>
      </w:r>
    </w:p>
    <w:p w14:paraId="5198C6E3" w14:textId="77777777" w:rsidR="0041644D" w:rsidRPr="00743CDC" w:rsidRDefault="0041644D" w:rsidP="00FA419A">
      <w:pPr>
        <w:spacing w:after="0" w:line="240" w:lineRule="auto"/>
        <w:rPr>
          <w:lang w:val="ru-RU"/>
        </w:rPr>
      </w:pPr>
    </w:p>
    <w:p w14:paraId="6D12D298" w14:textId="5BA35E53" w:rsidR="000F0091" w:rsidRDefault="007E64FE" w:rsidP="000F0091">
      <w:pPr>
        <w:rPr>
          <w:lang w:val="ru-RU"/>
        </w:rPr>
      </w:pPr>
      <w:proofErr w:type="spellStart"/>
      <w:r w:rsidRPr="00611260">
        <w:rPr>
          <w:b/>
          <w:bCs/>
          <w:lang w:val="ru-RU"/>
        </w:rPr>
        <w:t>Покупець</w:t>
      </w:r>
      <w:proofErr w:type="spellEnd"/>
      <w:r w:rsidRPr="00611260">
        <w:rPr>
          <w:b/>
          <w:bCs/>
          <w:lang w:val="ru-RU"/>
        </w:rPr>
        <w:t>:</w:t>
      </w:r>
      <w:r w:rsidRPr="00743CDC">
        <w:rPr>
          <w:lang w:val="ru-RU"/>
        </w:rPr>
        <w:t xml:space="preserve"> </w:t>
      </w:r>
      <w:r w:rsidR="00586B2A" w:rsidRPr="00586B2A">
        <w:rPr>
          <w:lang w:val="ru-RU"/>
        </w:rPr>
        <w:t>_________________________</w:t>
      </w:r>
    </w:p>
    <w:p w14:paraId="06261326" w14:textId="5421D70E" w:rsidR="0041644D" w:rsidRPr="00743CDC" w:rsidRDefault="007E64FE" w:rsidP="000F0091">
      <w:pPr>
        <w:rPr>
          <w:lang w:val="ru-RU"/>
        </w:rPr>
      </w:pPr>
      <w:r w:rsidRPr="00611260">
        <w:rPr>
          <w:b/>
          <w:bCs/>
          <w:lang w:val="ru-RU"/>
        </w:rPr>
        <w:t xml:space="preserve">(Документ, </w:t>
      </w:r>
      <w:proofErr w:type="spellStart"/>
      <w:r w:rsidRPr="00611260">
        <w:rPr>
          <w:b/>
          <w:bCs/>
          <w:lang w:val="ru-RU"/>
        </w:rPr>
        <w:t>що</w:t>
      </w:r>
      <w:proofErr w:type="spellEnd"/>
      <w:r w:rsidRPr="00611260">
        <w:rPr>
          <w:b/>
          <w:bCs/>
          <w:lang w:val="ru-RU"/>
        </w:rPr>
        <w:t xml:space="preserve"> </w:t>
      </w:r>
      <w:proofErr w:type="spellStart"/>
      <w:r w:rsidRPr="00611260">
        <w:rPr>
          <w:b/>
          <w:bCs/>
          <w:lang w:val="ru-RU"/>
        </w:rPr>
        <w:t>встановлює</w:t>
      </w:r>
      <w:proofErr w:type="spellEnd"/>
      <w:r w:rsidRPr="00611260">
        <w:rPr>
          <w:b/>
          <w:bCs/>
          <w:lang w:val="ru-RU"/>
        </w:rPr>
        <w:t xml:space="preserve"> особу </w:t>
      </w:r>
      <w:proofErr w:type="spellStart"/>
      <w:r w:rsidRPr="00611260">
        <w:rPr>
          <w:b/>
          <w:bCs/>
          <w:lang w:val="ru-RU"/>
        </w:rPr>
        <w:t>покупця</w:t>
      </w:r>
      <w:proofErr w:type="spellEnd"/>
      <w:r w:rsidRPr="00611260">
        <w:rPr>
          <w:b/>
          <w:bCs/>
          <w:lang w:val="ru-RU"/>
        </w:rPr>
        <w:t>) Тип:</w:t>
      </w:r>
      <w:r w:rsidRPr="00743CDC">
        <w:rPr>
          <w:lang w:val="ru-RU"/>
        </w:rPr>
        <w:t xml:space="preserve"> </w:t>
      </w:r>
      <w:r w:rsidR="00586B2A" w:rsidRPr="00586B2A">
        <w:rPr>
          <w:lang w:val="ru-RU"/>
        </w:rPr>
        <w:t>_______________________</w:t>
      </w:r>
      <w:r w:rsidR="000F0091">
        <w:fldChar w:fldCharType="begin">
          <w:ffData>
            <w:name w:val=""/>
            <w:enabled/>
            <w:calcOnExit w:val="0"/>
            <w:textInput>
              <w:default w:val="ДоговорыКонтрагентов.Владелец.ВладелецДокументУдостоверяющийЛичность"/>
            </w:textInput>
          </w:ffData>
        </w:fldChar>
      </w:r>
      <w:r w:rsidR="000F0091" w:rsidRPr="00DD7C90">
        <w:rPr>
          <w:lang w:val="ru-RU"/>
        </w:rPr>
        <w:instrText xml:space="preserve"> </w:instrText>
      </w:r>
      <w:r w:rsidR="000F0091">
        <w:instrText>FORMTEXT</w:instrText>
      </w:r>
      <w:r w:rsidR="000F0091" w:rsidRPr="00DD7C90">
        <w:rPr>
          <w:lang w:val="ru-RU"/>
        </w:rPr>
        <w:instrText xml:space="preserve"> </w:instrText>
      </w:r>
      <w:r w:rsidR="00000000">
        <w:fldChar w:fldCharType="separate"/>
      </w:r>
      <w:r w:rsidR="000F0091">
        <w:fldChar w:fldCharType="end"/>
      </w:r>
    </w:p>
    <w:p w14:paraId="7DB94B14" w14:textId="77777777" w:rsidR="0041644D" w:rsidRPr="00743CDC" w:rsidRDefault="007E64FE" w:rsidP="00FA419A">
      <w:pPr>
        <w:spacing w:after="0" w:line="240" w:lineRule="auto"/>
        <w:rPr>
          <w:lang w:val="ru-RU"/>
        </w:rPr>
      </w:pPr>
      <w:proofErr w:type="spellStart"/>
      <w:r w:rsidRPr="00611260">
        <w:rPr>
          <w:b/>
          <w:bCs/>
          <w:lang w:val="ru-RU"/>
        </w:rPr>
        <w:t>Дані</w:t>
      </w:r>
      <w:proofErr w:type="spellEnd"/>
      <w:r w:rsidRPr="00611260">
        <w:rPr>
          <w:b/>
          <w:bCs/>
          <w:lang w:val="ru-RU"/>
        </w:rPr>
        <w:t xml:space="preserve"> документа (</w:t>
      </w:r>
      <w:proofErr w:type="spellStart"/>
      <w:r w:rsidRPr="00611260">
        <w:rPr>
          <w:b/>
          <w:bCs/>
          <w:lang w:val="ru-RU"/>
        </w:rPr>
        <w:t>серія</w:t>
      </w:r>
      <w:proofErr w:type="spellEnd"/>
      <w:r w:rsidRPr="00611260">
        <w:rPr>
          <w:b/>
          <w:bCs/>
          <w:lang w:val="ru-RU"/>
        </w:rPr>
        <w:t xml:space="preserve">, номер, ким та коли </w:t>
      </w:r>
      <w:proofErr w:type="spellStart"/>
      <w:r w:rsidRPr="00611260">
        <w:rPr>
          <w:b/>
          <w:bCs/>
          <w:lang w:val="ru-RU"/>
        </w:rPr>
        <w:t>виданий</w:t>
      </w:r>
      <w:proofErr w:type="spellEnd"/>
      <w:r w:rsidRPr="00611260">
        <w:rPr>
          <w:b/>
          <w:bCs/>
          <w:lang w:val="ru-RU"/>
        </w:rPr>
        <w:t>):</w:t>
      </w:r>
      <w:r w:rsidRPr="00743CDC">
        <w:rPr>
          <w:lang w:val="ru-RU"/>
        </w:rPr>
        <w:t xml:space="preserve"> {{ПАСПОРТ_ДАНІ}}</w:t>
      </w:r>
    </w:p>
    <w:p w14:paraId="488239E6" w14:textId="77777777" w:rsidR="0041644D" w:rsidRPr="00743CDC" w:rsidRDefault="0041644D" w:rsidP="00FA419A">
      <w:pPr>
        <w:spacing w:after="0" w:line="240" w:lineRule="auto"/>
        <w:rPr>
          <w:lang w:val="ru-RU"/>
        </w:rPr>
      </w:pPr>
    </w:p>
    <w:p w14:paraId="46F3FB4E" w14:textId="77777777" w:rsidR="0041644D" w:rsidRDefault="007E64FE" w:rsidP="00FA419A">
      <w:pPr>
        <w:spacing w:after="0" w:line="240" w:lineRule="auto"/>
        <w:rPr>
          <w:b/>
          <w:bCs/>
          <w:lang w:val="ru-RU"/>
        </w:rPr>
      </w:pPr>
      <w:proofErr w:type="spellStart"/>
      <w:r w:rsidRPr="00611260">
        <w:rPr>
          <w:b/>
          <w:bCs/>
          <w:lang w:val="ru-RU"/>
        </w:rPr>
        <w:t>Відомості</w:t>
      </w:r>
      <w:proofErr w:type="spellEnd"/>
      <w:r w:rsidRPr="00611260">
        <w:rPr>
          <w:b/>
          <w:bCs/>
          <w:lang w:val="ru-RU"/>
        </w:rPr>
        <w:t xml:space="preserve"> про </w:t>
      </w:r>
      <w:proofErr w:type="spellStart"/>
      <w:r w:rsidRPr="00611260">
        <w:rPr>
          <w:b/>
          <w:bCs/>
          <w:lang w:val="ru-RU"/>
        </w:rPr>
        <w:t>повертаємий</w:t>
      </w:r>
      <w:proofErr w:type="spellEnd"/>
      <w:r w:rsidRPr="00611260">
        <w:rPr>
          <w:b/>
          <w:bCs/>
          <w:lang w:val="ru-RU"/>
        </w:rPr>
        <w:t xml:space="preserve"> товар:</w:t>
      </w:r>
      <w:r w:rsidR="000F0091">
        <w:rPr>
          <w:b/>
          <w:bCs/>
          <w:lang w:val="ru-RU"/>
        </w:rPr>
        <w:t xml:space="preserve"> </w:t>
      </w:r>
    </w:p>
    <w:p w14:paraId="18FCB582" w14:textId="77777777" w:rsidR="000F0091" w:rsidRDefault="000F0091" w:rsidP="00FA419A">
      <w:pPr>
        <w:spacing w:after="0" w:line="240" w:lineRule="auto"/>
        <w:rPr>
          <w:b/>
          <w:bCs/>
          <w:lang w:val="ru-RU"/>
        </w:rPr>
      </w:pPr>
    </w:p>
    <w:tbl>
      <w:tblPr>
        <w:tblStyle w:val="-10"/>
        <w:tblW w:w="10055" w:type="dxa"/>
        <w:tblLayout w:type="fixed"/>
        <w:tblLook w:val="04A0" w:firstRow="1" w:lastRow="0" w:firstColumn="1" w:lastColumn="0" w:noHBand="0" w:noVBand="1"/>
      </w:tblPr>
      <w:tblGrid>
        <w:gridCol w:w="675"/>
        <w:gridCol w:w="3284"/>
        <w:gridCol w:w="993"/>
        <w:gridCol w:w="850"/>
        <w:gridCol w:w="992"/>
        <w:gridCol w:w="1418"/>
        <w:gridCol w:w="1843"/>
      </w:tblGrid>
      <w:tr w:rsidR="00586B2A" w14:paraId="367A9743" w14:textId="77777777" w:rsidTr="00586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31CBEB5C" w14:textId="77777777" w:rsidR="00586B2A" w:rsidRDefault="00586B2A" w:rsidP="00463FC4">
            <w:r>
              <w:t>№</w:t>
            </w:r>
          </w:p>
        </w:tc>
        <w:tc>
          <w:tcPr>
            <w:tcW w:w="3284" w:type="dxa"/>
          </w:tcPr>
          <w:p w14:paraId="5E43A78B" w14:textId="77777777" w:rsidR="00586B2A" w:rsidRDefault="00586B2A" w:rsidP="00463F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Найменування</w:t>
            </w:r>
            <w:proofErr w:type="spellEnd"/>
          </w:p>
        </w:tc>
        <w:tc>
          <w:tcPr>
            <w:tcW w:w="993" w:type="dxa"/>
          </w:tcPr>
          <w:p w14:paraId="647F5E6E" w14:textId="77777777" w:rsidR="00586B2A" w:rsidRDefault="00586B2A" w:rsidP="00463F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Кіл-ть</w:t>
            </w:r>
            <w:proofErr w:type="spellEnd"/>
          </w:p>
        </w:tc>
        <w:tc>
          <w:tcPr>
            <w:tcW w:w="850" w:type="dxa"/>
          </w:tcPr>
          <w:p w14:paraId="05568120" w14:textId="77777777" w:rsidR="00586B2A" w:rsidRDefault="00586B2A" w:rsidP="00463F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Од</w:t>
            </w:r>
            <w:proofErr w:type="spellEnd"/>
            <w:r>
              <w:t>.</w:t>
            </w:r>
          </w:p>
        </w:tc>
        <w:tc>
          <w:tcPr>
            <w:tcW w:w="992" w:type="dxa"/>
          </w:tcPr>
          <w:p w14:paraId="62A44FF6" w14:textId="77777777" w:rsidR="00586B2A" w:rsidRDefault="00586B2A" w:rsidP="00463F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Ціна</w:t>
            </w:r>
            <w:proofErr w:type="spellEnd"/>
          </w:p>
        </w:tc>
        <w:tc>
          <w:tcPr>
            <w:tcW w:w="1418" w:type="dxa"/>
          </w:tcPr>
          <w:p w14:paraId="549C7811" w14:textId="77777777" w:rsidR="00586B2A" w:rsidRDefault="00586B2A" w:rsidP="00463F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Знижка</w:t>
            </w:r>
            <w:proofErr w:type="spellEnd"/>
          </w:p>
        </w:tc>
        <w:tc>
          <w:tcPr>
            <w:tcW w:w="1843" w:type="dxa"/>
          </w:tcPr>
          <w:p w14:paraId="11B70D01" w14:textId="77777777" w:rsidR="00586B2A" w:rsidRDefault="00586B2A" w:rsidP="00463F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Сума</w:t>
            </w:r>
            <w:proofErr w:type="spellEnd"/>
          </w:p>
        </w:tc>
      </w:tr>
      <w:tr w:rsidR="00586B2A" w14:paraId="224CCFB5" w14:textId="77777777" w:rsidTr="00586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1809AC26" w14:textId="266C709A" w:rsidR="00586B2A" w:rsidRDefault="00586B2A" w:rsidP="00586B2A">
            <w:r w:rsidRPr="00E12278"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НомерСтроки"/>
                  </w:textInput>
                </w:ffData>
              </w:fldChar>
            </w:r>
            <w:r w:rsidRPr="00E12278">
              <w:rPr>
                <w:sz w:val="20"/>
                <w:szCs w:val="20"/>
              </w:rPr>
              <w:instrText xml:space="preserve"> FORMTEXT </w:instrText>
            </w:r>
            <w:r w:rsidRPr="00E12278">
              <w:fldChar w:fldCharType="separate"/>
            </w:r>
            <w:r w:rsidRPr="00E12278">
              <w:rPr>
                <w:noProof/>
                <w:sz w:val="20"/>
                <w:szCs w:val="20"/>
              </w:rPr>
              <w:t>1</w:t>
            </w:r>
            <w:r w:rsidRPr="00E12278">
              <w:fldChar w:fldCharType="end"/>
            </w:r>
          </w:p>
        </w:tc>
        <w:tc>
          <w:tcPr>
            <w:tcW w:w="3284" w:type="dxa"/>
          </w:tcPr>
          <w:p w14:paraId="07158DC4" w14:textId="7264167B" w:rsidR="00586B2A" w:rsidRPr="00AF1D00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______________</w:t>
            </w:r>
          </w:p>
        </w:tc>
        <w:tc>
          <w:tcPr>
            <w:tcW w:w="993" w:type="dxa"/>
          </w:tcPr>
          <w:p w14:paraId="60EC53FF" w14:textId="3D11E59C" w:rsidR="00586B2A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2278">
              <w:rPr>
                <w:sz w:val="20"/>
                <w:szCs w:val="20"/>
                <w:lang w:val="ru-RU"/>
              </w:rPr>
              <w:t>___</w:t>
            </w:r>
          </w:p>
        </w:tc>
        <w:tc>
          <w:tcPr>
            <w:tcW w:w="850" w:type="dxa"/>
          </w:tcPr>
          <w:p w14:paraId="655F3587" w14:textId="5DA41F82" w:rsidR="00586B2A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2278">
              <w:rPr>
                <w:sz w:val="20"/>
                <w:szCs w:val="20"/>
              </w:rPr>
              <w:t>ш</w:t>
            </w:r>
            <w:r w:rsidRPr="00E12278">
              <w:rPr>
                <w:sz w:val="20"/>
                <w:szCs w:val="20"/>
                <w:lang w:val="ru-RU"/>
              </w:rPr>
              <w:t>т</w:t>
            </w:r>
          </w:p>
        </w:tc>
        <w:tc>
          <w:tcPr>
            <w:tcW w:w="992" w:type="dxa"/>
          </w:tcPr>
          <w:p w14:paraId="1095585C" w14:textId="168CFA6F" w:rsidR="00586B2A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2278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418" w:type="dxa"/>
          </w:tcPr>
          <w:p w14:paraId="4C6B6C81" w14:textId="1FEFE6EC" w:rsidR="00586B2A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2278"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ОбщейСкидки"/>
                  </w:textInput>
                </w:ffData>
              </w:fldChar>
            </w:r>
            <w:r w:rsidRPr="00E12278">
              <w:rPr>
                <w:sz w:val="20"/>
                <w:szCs w:val="20"/>
              </w:rPr>
              <w:instrText xml:space="preserve"> FORMTEXT </w:instrText>
            </w:r>
            <w:r w:rsidR="00000000">
              <w:fldChar w:fldCharType="separate"/>
            </w:r>
            <w:r w:rsidRPr="00E12278">
              <w:fldChar w:fldCharType="end"/>
            </w:r>
          </w:p>
        </w:tc>
        <w:tc>
          <w:tcPr>
            <w:tcW w:w="1843" w:type="dxa"/>
          </w:tcPr>
          <w:p w14:paraId="502E7BB6" w14:textId="6937A0E8" w:rsidR="00586B2A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2278">
              <w:rPr>
                <w:sz w:val="20"/>
                <w:szCs w:val="20"/>
                <w:lang w:val="ru-RU"/>
              </w:rPr>
              <w:t>0,00</w:t>
            </w:r>
          </w:p>
        </w:tc>
      </w:tr>
      <w:tr w:rsidR="00586B2A" w14:paraId="454F64BB" w14:textId="77777777" w:rsidTr="00586B2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50DAC0E3" w14:textId="11D8344D" w:rsidR="00586B2A" w:rsidRPr="00E12278" w:rsidRDefault="00586B2A" w:rsidP="00586B2A">
            <w:r>
              <w:t>2</w:t>
            </w:r>
          </w:p>
        </w:tc>
        <w:tc>
          <w:tcPr>
            <w:tcW w:w="3284" w:type="dxa"/>
          </w:tcPr>
          <w:p w14:paraId="73269C0E" w14:textId="65B0E1F5" w:rsidR="00586B2A" w:rsidRPr="00E12278" w:rsidRDefault="00586B2A" w:rsidP="0058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______________</w:t>
            </w:r>
          </w:p>
        </w:tc>
        <w:tc>
          <w:tcPr>
            <w:tcW w:w="993" w:type="dxa"/>
          </w:tcPr>
          <w:p w14:paraId="2B3DABE4" w14:textId="74B3A7D2" w:rsidR="00586B2A" w:rsidRPr="00E12278" w:rsidRDefault="00586B2A" w:rsidP="0058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___</w:t>
            </w:r>
          </w:p>
        </w:tc>
        <w:tc>
          <w:tcPr>
            <w:tcW w:w="850" w:type="dxa"/>
          </w:tcPr>
          <w:p w14:paraId="77F80565" w14:textId="2B3A237E" w:rsidR="00586B2A" w:rsidRPr="00E12278" w:rsidRDefault="00586B2A" w:rsidP="0058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2278">
              <w:rPr>
                <w:sz w:val="20"/>
                <w:szCs w:val="20"/>
              </w:rPr>
              <w:t>ш</w:t>
            </w:r>
            <w:r w:rsidRPr="00E12278">
              <w:rPr>
                <w:sz w:val="20"/>
                <w:szCs w:val="20"/>
                <w:lang w:val="ru-RU"/>
              </w:rPr>
              <w:t>т</w:t>
            </w:r>
          </w:p>
        </w:tc>
        <w:tc>
          <w:tcPr>
            <w:tcW w:w="992" w:type="dxa"/>
          </w:tcPr>
          <w:p w14:paraId="00F3DD0B" w14:textId="70706A84" w:rsidR="00586B2A" w:rsidRPr="00E12278" w:rsidRDefault="00586B2A" w:rsidP="0058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418" w:type="dxa"/>
          </w:tcPr>
          <w:p w14:paraId="2673B14F" w14:textId="23B350AD" w:rsidR="00586B2A" w:rsidRPr="00E12278" w:rsidRDefault="00586B2A" w:rsidP="0058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2278"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ОбщейСкидки"/>
                  </w:textInput>
                </w:ffData>
              </w:fldChar>
            </w:r>
            <w:r w:rsidRPr="00E12278">
              <w:rPr>
                <w:sz w:val="20"/>
                <w:szCs w:val="20"/>
              </w:rPr>
              <w:instrText xml:space="preserve"> FORMTEXT </w:instrText>
            </w:r>
            <w:r w:rsidR="00000000">
              <w:fldChar w:fldCharType="separate"/>
            </w:r>
            <w:r w:rsidRPr="00E12278">
              <w:fldChar w:fldCharType="end"/>
            </w:r>
          </w:p>
        </w:tc>
        <w:tc>
          <w:tcPr>
            <w:tcW w:w="1843" w:type="dxa"/>
          </w:tcPr>
          <w:p w14:paraId="3F65F406" w14:textId="312AC6F4" w:rsidR="00586B2A" w:rsidRPr="00E12278" w:rsidRDefault="00586B2A" w:rsidP="00586B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0,00</w:t>
            </w:r>
          </w:p>
        </w:tc>
      </w:tr>
      <w:tr w:rsidR="00586B2A" w14:paraId="6BBC5066" w14:textId="77777777" w:rsidTr="00586B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14:paraId="68DFC69E" w14:textId="2E5B23B3" w:rsidR="00586B2A" w:rsidRPr="00E12278" w:rsidRDefault="00586B2A" w:rsidP="00586B2A">
            <w:r>
              <w:t>3</w:t>
            </w:r>
          </w:p>
        </w:tc>
        <w:tc>
          <w:tcPr>
            <w:tcW w:w="3284" w:type="dxa"/>
          </w:tcPr>
          <w:p w14:paraId="6BD396CE" w14:textId="0FD83FFF" w:rsidR="00586B2A" w:rsidRPr="00E12278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______________</w:t>
            </w:r>
          </w:p>
        </w:tc>
        <w:tc>
          <w:tcPr>
            <w:tcW w:w="993" w:type="dxa"/>
          </w:tcPr>
          <w:p w14:paraId="2F4D3CE5" w14:textId="53CEB629" w:rsidR="00586B2A" w:rsidRPr="00E12278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___</w:t>
            </w:r>
          </w:p>
        </w:tc>
        <w:tc>
          <w:tcPr>
            <w:tcW w:w="850" w:type="dxa"/>
          </w:tcPr>
          <w:p w14:paraId="4125F1C9" w14:textId="3C2F2D12" w:rsidR="00586B2A" w:rsidRPr="00E12278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2278">
              <w:rPr>
                <w:sz w:val="20"/>
                <w:szCs w:val="20"/>
              </w:rPr>
              <w:t>ш</w:t>
            </w:r>
            <w:r w:rsidRPr="00E12278">
              <w:rPr>
                <w:sz w:val="20"/>
                <w:szCs w:val="20"/>
                <w:lang w:val="ru-RU"/>
              </w:rPr>
              <w:t>т</w:t>
            </w:r>
          </w:p>
        </w:tc>
        <w:tc>
          <w:tcPr>
            <w:tcW w:w="992" w:type="dxa"/>
          </w:tcPr>
          <w:p w14:paraId="67B988A1" w14:textId="78E0CDC6" w:rsidR="00586B2A" w:rsidRPr="00E12278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418" w:type="dxa"/>
          </w:tcPr>
          <w:p w14:paraId="53BB75CF" w14:textId="634314A5" w:rsidR="00586B2A" w:rsidRPr="00E12278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12278">
              <w:fldChar w:fldCharType="begin">
                <w:ffData>
                  <w:name w:val=""/>
                  <w:enabled/>
                  <w:calcOnExit w:val="0"/>
                  <w:textInput>
                    <w:default w:val="ЗаказПокупателя.Запасы.СуммаОбщейСкидки"/>
                  </w:textInput>
                </w:ffData>
              </w:fldChar>
            </w:r>
            <w:r w:rsidRPr="00E12278">
              <w:rPr>
                <w:sz w:val="20"/>
                <w:szCs w:val="20"/>
              </w:rPr>
              <w:instrText xml:space="preserve"> FORMTEXT </w:instrText>
            </w:r>
            <w:r w:rsidR="00000000">
              <w:fldChar w:fldCharType="separate"/>
            </w:r>
            <w:r w:rsidRPr="00E12278">
              <w:fldChar w:fldCharType="end"/>
            </w:r>
          </w:p>
        </w:tc>
        <w:tc>
          <w:tcPr>
            <w:tcW w:w="1843" w:type="dxa"/>
          </w:tcPr>
          <w:p w14:paraId="59A36090" w14:textId="1F7BF78D" w:rsidR="00586B2A" w:rsidRPr="00E12278" w:rsidRDefault="00586B2A" w:rsidP="00586B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ru-RU"/>
              </w:rPr>
            </w:pPr>
            <w:r w:rsidRPr="00E12278">
              <w:rPr>
                <w:sz w:val="20"/>
                <w:szCs w:val="20"/>
                <w:lang w:val="ru-RU"/>
              </w:rPr>
              <w:t>0,00</w:t>
            </w:r>
          </w:p>
        </w:tc>
      </w:tr>
    </w:tbl>
    <w:p w14:paraId="77C91D61" w14:textId="77777777" w:rsidR="000F0091" w:rsidRPr="00611260" w:rsidRDefault="000F0091" w:rsidP="00FA419A">
      <w:pPr>
        <w:spacing w:after="0" w:line="240" w:lineRule="auto"/>
        <w:rPr>
          <w:b/>
          <w:bCs/>
          <w:lang w:val="ru-RU"/>
        </w:rPr>
      </w:pPr>
    </w:p>
    <w:p w14:paraId="79790F24" w14:textId="77777777" w:rsidR="0041644D" w:rsidRPr="00743CDC" w:rsidRDefault="0041644D" w:rsidP="00FA419A">
      <w:pPr>
        <w:spacing w:after="0" w:line="240" w:lineRule="auto"/>
        <w:rPr>
          <w:lang w:val="ru-RU"/>
        </w:rPr>
      </w:pPr>
    </w:p>
    <w:p w14:paraId="3446D07D" w14:textId="77777777" w:rsidR="0041644D" w:rsidRPr="00743CDC" w:rsidRDefault="007E64FE" w:rsidP="00FA419A">
      <w:pPr>
        <w:spacing w:after="0" w:line="240" w:lineRule="auto"/>
        <w:rPr>
          <w:lang w:val="ru-RU"/>
        </w:rPr>
      </w:pPr>
      <w:r w:rsidRPr="00611260">
        <w:rPr>
          <w:b/>
          <w:bCs/>
          <w:lang w:val="ru-RU"/>
        </w:rPr>
        <w:t xml:space="preserve">Причини </w:t>
      </w:r>
      <w:proofErr w:type="spellStart"/>
      <w:r w:rsidRPr="00611260">
        <w:rPr>
          <w:b/>
          <w:bCs/>
          <w:lang w:val="ru-RU"/>
        </w:rPr>
        <w:t>повернення</w:t>
      </w:r>
      <w:proofErr w:type="spellEnd"/>
      <w:r w:rsidRPr="00611260">
        <w:rPr>
          <w:b/>
          <w:bCs/>
          <w:lang w:val="ru-RU"/>
        </w:rPr>
        <w:t xml:space="preserve"> товару:</w:t>
      </w:r>
      <w:r w:rsidRPr="00743CDC">
        <w:rPr>
          <w:lang w:val="ru-RU"/>
        </w:rPr>
        <w:t xml:space="preserve"> {{ПРИЧИНА_ПОВЕРНЕННЯ}}</w:t>
      </w:r>
    </w:p>
    <w:p w14:paraId="1BB9215B" w14:textId="204DEF94" w:rsidR="0041644D" w:rsidRPr="00611260" w:rsidRDefault="007E64FE" w:rsidP="00FA419A">
      <w:pPr>
        <w:spacing w:after="0" w:line="240" w:lineRule="auto"/>
        <w:rPr>
          <w:lang w:val="ru-RU"/>
        </w:rPr>
      </w:pPr>
      <w:proofErr w:type="spellStart"/>
      <w:r w:rsidRPr="00611260">
        <w:rPr>
          <w:b/>
          <w:bCs/>
          <w:lang w:val="ru-RU"/>
        </w:rPr>
        <w:t>Вартість</w:t>
      </w:r>
      <w:proofErr w:type="spellEnd"/>
      <w:r w:rsidRPr="00611260">
        <w:rPr>
          <w:b/>
          <w:bCs/>
          <w:lang w:val="ru-RU"/>
        </w:rPr>
        <w:t xml:space="preserve"> </w:t>
      </w:r>
      <w:proofErr w:type="spellStart"/>
      <w:r w:rsidRPr="00611260">
        <w:rPr>
          <w:b/>
          <w:bCs/>
          <w:lang w:val="ru-RU"/>
        </w:rPr>
        <w:t>поверненого</w:t>
      </w:r>
      <w:proofErr w:type="spellEnd"/>
      <w:r w:rsidRPr="00611260">
        <w:rPr>
          <w:b/>
          <w:bCs/>
          <w:lang w:val="ru-RU"/>
        </w:rPr>
        <w:t xml:space="preserve"> товару:</w:t>
      </w:r>
      <w:r w:rsidRPr="00743CDC">
        <w:rPr>
          <w:lang w:val="ru-RU"/>
        </w:rPr>
        <w:t xml:space="preserve"> </w:t>
      </w:r>
      <w:r w:rsidR="00586B2A" w:rsidRPr="00586B2A">
        <w:rPr>
          <w:lang w:val="ru-RU"/>
        </w:rPr>
        <w:t>__________</w:t>
      </w:r>
      <w:r w:rsidR="006D1EE6">
        <w:rPr>
          <w:lang w:val="uk-UA"/>
        </w:rPr>
        <w:t xml:space="preserve"> грн</w:t>
      </w:r>
      <w:r w:rsidRPr="00743CDC">
        <w:rPr>
          <w:lang w:val="ru-RU"/>
        </w:rPr>
        <w:t xml:space="preserve">, у т.ч. ПДВ </w:t>
      </w:r>
      <w:r w:rsidR="00611260" w:rsidRPr="00611260">
        <w:rPr>
          <w:lang w:val="ru-RU"/>
        </w:rPr>
        <w:t>0</w:t>
      </w:r>
      <w:r w:rsidRPr="00743CDC">
        <w:rPr>
          <w:lang w:val="ru-RU"/>
        </w:rPr>
        <w:t>%</w:t>
      </w:r>
      <w:r w:rsidR="00611260" w:rsidRPr="00611260">
        <w:rPr>
          <w:lang w:val="ru-RU"/>
        </w:rPr>
        <w:t>.</w:t>
      </w:r>
    </w:p>
    <w:p w14:paraId="2600EB5C" w14:textId="77777777" w:rsidR="0047728F" w:rsidRDefault="0047728F" w:rsidP="0047728F">
      <w:pPr>
        <w:spacing w:after="0" w:line="240" w:lineRule="auto"/>
        <w:rPr>
          <w:b/>
          <w:bCs/>
          <w:lang w:val="ru-RU"/>
        </w:rPr>
      </w:pPr>
    </w:p>
    <w:p w14:paraId="6C81EDAA" w14:textId="240D1C3C" w:rsidR="0047728F" w:rsidRPr="0047728F" w:rsidRDefault="0047728F" w:rsidP="0047728F">
      <w:pPr>
        <w:spacing w:after="0" w:line="240" w:lineRule="auto"/>
        <w:rPr>
          <w:b/>
          <w:bCs/>
          <w:lang w:val="ru-RU"/>
        </w:rPr>
      </w:pPr>
      <w:proofErr w:type="spellStart"/>
      <w:r w:rsidRPr="0047728F">
        <w:rPr>
          <w:b/>
          <w:bCs/>
          <w:lang w:val="ru-RU"/>
        </w:rPr>
        <w:t>Реквізити</w:t>
      </w:r>
      <w:proofErr w:type="spellEnd"/>
      <w:r w:rsidRPr="0047728F">
        <w:rPr>
          <w:b/>
          <w:bCs/>
          <w:lang w:val="ru-RU"/>
        </w:rPr>
        <w:t xml:space="preserve"> </w:t>
      </w:r>
      <w:proofErr w:type="spellStart"/>
      <w:r w:rsidRPr="0047728F">
        <w:rPr>
          <w:b/>
          <w:bCs/>
          <w:lang w:val="ru-RU"/>
        </w:rPr>
        <w:t>розрахункового</w:t>
      </w:r>
      <w:proofErr w:type="spellEnd"/>
      <w:r w:rsidRPr="0047728F">
        <w:rPr>
          <w:b/>
          <w:bCs/>
          <w:lang w:val="ru-RU"/>
        </w:rPr>
        <w:t xml:space="preserve"> документа, </w:t>
      </w:r>
      <w:proofErr w:type="spellStart"/>
      <w:r w:rsidRPr="0047728F">
        <w:rPr>
          <w:b/>
          <w:bCs/>
          <w:lang w:val="ru-RU"/>
        </w:rPr>
        <w:t>що</w:t>
      </w:r>
      <w:proofErr w:type="spellEnd"/>
      <w:r w:rsidRPr="0047728F">
        <w:rPr>
          <w:b/>
          <w:bCs/>
          <w:lang w:val="ru-RU"/>
        </w:rPr>
        <w:t xml:space="preserve"> </w:t>
      </w:r>
      <w:proofErr w:type="spellStart"/>
      <w:r w:rsidRPr="0047728F">
        <w:rPr>
          <w:b/>
          <w:bCs/>
          <w:lang w:val="ru-RU"/>
        </w:rPr>
        <w:t>підтверджує</w:t>
      </w:r>
      <w:proofErr w:type="spellEnd"/>
      <w:r w:rsidRPr="0047728F">
        <w:rPr>
          <w:b/>
          <w:bCs/>
          <w:lang w:val="ru-RU"/>
        </w:rPr>
        <w:t xml:space="preserve"> </w:t>
      </w:r>
      <w:proofErr w:type="spellStart"/>
      <w:r w:rsidRPr="0047728F">
        <w:rPr>
          <w:b/>
          <w:bCs/>
          <w:lang w:val="ru-RU"/>
        </w:rPr>
        <w:t>купівлю</w:t>
      </w:r>
      <w:proofErr w:type="spellEnd"/>
      <w:r w:rsidRPr="0047728F">
        <w:rPr>
          <w:b/>
          <w:bCs/>
          <w:lang w:val="ru-RU"/>
        </w:rPr>
        <w:t xml:space="preserve"> товару:</w:t>
      </w:r>
    </w:p>
    <w:p w14:paraId="7BB98084" w14:textId="77777777" w:rsidR="0047728F" w:rsidRDefault="0047728F" w:rsidP="0047728F">
      <w:pPr>
        <w:spacing w:after="0" w:line="240" w:lineRule="auto"/>
        <w:rPr>
          <w:b/>
          <w:bCs/>
          <w:lang w:val="ru-RU"/>
        </w:rPr>
      </w:pPr>
      <w:r w:rsidRPr="0047728F">
        <w:rPr>
          <w:b/>
          <w:bCs/>
          <w:lang w:val="ru-RU"/>
        </w:rPr>
        <w:t xml:space="preserve">№ _________________________   дата ______________    час: _______ год _______ </w:t>
      </w:r>
      <w:proofErr w:type="spellStart"/>
      <w:r w:rsidRPr="0047728F">
        <w:rPr>
          <w:b/>
          <w:bCs/>
          <w:lang w:val="ru-RU"/>
        </w:rPr>
        <w:t>хв</w:t>
      </w:r>
      <w:proofErr w:type="spellEnd"/>
      <w:r w:rsidRPr="0047728F">
        <w:rPr>
          <w:b/>
          <w:bCs/>
          <w:lang w:val="ru-RU"/>
        </w:rPr>
        <w:t xml:space="preserve"> _______ сек. </w:t>
      </w:r>
      <w:proofErr w:type="spellStart"/>
      <w:r w:rsidRPr="0047728F">
        <w:rPr>
          <w:b/>
          <w:bCs/>
          <w:lang w:val="ru-RU"/>
        </w:rPr>
        <w:t>Розрахункова</w:t>
      </w:r>
      <w:proofErr w:type="spellEnd"/>
      <w:r w:rsidRPr="0047728F">
        <w:rPr>
          <w:b/>
          <w:bCs/>
          <w:lang w:val="ru-RU"/>
        </w:rPr>
        <w:t xml:space="preserve"> </w:t>
      </w:r>
      <w:proofErr w:type="spellStart"/>
      <w:r w:rsidRPr="0047728F">
        <w:rPr>
          <w:b/>
          <w:bCs/>
          <w:lang w:val="ru-RU"/>
        </w:rPr>
        <w:t>операція</w:t>
      </w:r>
      <w:proofErr w:type="spellEnd"/>
      <w:r w:rsidRPr="0047728F">
        <w:rPr>
          <w:b/>
          <w:bCs/>
          <w:lang w:val="ru-RU"/>
        </w:rPr>
        <w:t xml:space="preserve"> проведена через: </w:t>
      </w:r>
      <w:r w:rsidRPr="0047728F">
        <w:rPr>
          <w:lang w:val="ru-RU"/>
        </w:rPr>
        <w:t>ФН ПРРО ___________________.</w:t>
      </w:r>
    </w:p>
    <w:p w14:paraId="681C62F4" w14:textId="77777777" w:rsidR="0047728F" w:rsidRDefault="0047728F" w:rsidP="0047728F">
      <w:pPr>
        <w:spacing w:after="0" w:line="240" w:lineRule="auto"/>
        <w:rPr>
          <w:b/>
          <w:bCs/>
          <w:lang w:val="ru-RU"/>
        </w:rPr>
      </w:pPr>
    </w:p>
    <w:p w14:paraId="0E24AB4F" w14:textId="16842F6F" w:rsidR="0041644D" w:rsidRPr="000F0091" w:rsidRDefault="007E64FE" w:rsidP="0047728F">
      <w:pPr>
        <w:spacing w:after="0" w:line="240" w:lineRule="auto"/>
        <w:rPr>
          <w:lang w:val="uk-UA"/>
        </w:rPr>
      </w:pPr>
      <w:r w:rsidRPr="00743CDC">
        <w:rPr>
          <w:lang w:val="ru-RU"/>
        </w:rPr>
        <w:t xml:space="preserve">Сума </w:t>
      </w:r>
      <w:proofErr w:type="spellStart"/>
      <w:r w:rsidRPr="00743CDC">
        <w:rPr>
          <w:lang w:val="ru-RU"/>
        </w:rPr>
        <w:t>виданих</w:t>
      </w:r>
      <w:proofErr w:type="spellEnd"/>
      <w:r w:rsidRPr="00743CDC">
        <w:rPr>
          <w:lang w:val="ru-RU"/>
        </w:rPr>
        <w:t xml:space="preserve"> </w:t>
      </w:r>
      <w:proofErr w:type="spellStart"/>
      <w:r w:rsidRPr="00743CDC">
        <w:rPr>
          <w:lang w:val="ru-RU"/>
        </w:rPr>
        <w:t>покупцеві</w:t>
      </w:r>
      <w:proofErr w:type="spellEnd"/>
      <w:r w:rsidRPr="00743CDC">
        <w:rPr>
          <w:lang w:val="ru-RU"/>
        </w:rPr>
        <w:t xml:space="preserve"> </w:t>
      </w:r>
      <w:proofErr w:type="spellStart"/>
      <w:r w:rsidRPr="00743CDC">
        <w:rPr>
          <w:lang w:val="ru-RU"/>
        </w:rPr>
        <w:t>коштів</w:t>
      </w:r>
      <w:proofErr w:type="spellEnd"/>
      <w:r w:rsidRPr="00743CDC">
        <w:rPr>
          <w:lang w:val="ru-RU"/>
        </w:rPr>
        <w:t xml:space="preserve">: </w:t>
      </w:r>
      <w:r w:rsidR="00586B2A" w:rsidRPr="00586B2A">
        <w:rPr>
          <w:lang w:val="ru-RU"/>
        </w:rPr>
        <w:t>___________</w:t>
      </w:r>
      <w:r w:rsidR="006D1EE6">
        <w:rPr>
          <w:lang w:val="uk-UA"/>
        </w:rPr>
        <w:t xml:space="preserve"> грн</w:t>
      </w:r>
      <w:r w:rsidR="000F0091">
        <w:rPr>
          <w:lang w:val="ru-RU"/>
        </w:rPr>
        <w:t>, (</w:t>
      </w:r>
      <w:r w:rsidR="00586B2A" w:rsidRPr="00586B2A">
        <w:rPr>
          <w:lang w:val="ru-RU"/>
        </w:rPr>
        <w:t>__________________________ 00 ко</w:t>
      </w:r>
      <w:r w:rsidR="00586B2A">
        <w:rPr>
          <w:lang w:val="ru-RU"/>
        </w:rPr>
        <w:t>п.</w:t>
      </w:r>
      <w:r w:rsidR="000F0091">
        <w:rPr>
          <w:lang w:val="uk-UA"/>
        </w:rPr>
        <w:t>)</w:t>
      </w:r>
      <w:r w:rsidR="00B94AC4">
        <w:rPr>
          <w:lang w:val="uk-UA"/>
        </w:rPr>
        <w:t>.</w:t>
      </w:r>
    </w:p>
    <w:p w14:paraId="5BD8DA1E" w14:textId="5AD7BF70" w:rsidR="0041644D" w:rsidRPr="0047728F" w:rsidRDefault="007E64FE" w:rsidP="00FA419A">
      <w:pPr>
        <w:spacing w:after="0" w:line="240" w:lineRule="auto"/>
        <w:rPr>
          <w:b/>
          <w:bCs/>
          <w:lang w:val="ru-RU"/>
        </w:rPr>
      </w:pPr>
      <w:proofErr w:type="spellStart"/>
      <w:r w:rsidRPr="00FA419A">
        <w:rPr>
          <w:b/>
          <w:bCs/>
          <w:lang w:val="ru-RU"/>
        </w:rPr>
        <w:t>Розрахункова</w:t>
      </w:r>
      <w:proofErr w:type="spellEnd"/>
      <w:r w:rsidRPr="00FA419A">
        <w:rPr>
          <w:b/>
          <w:bCs/>
          <w:lang w:val="ru-RU"/>
        </w:rPr>
        <w:t xml:space="preserve"> </w:t>
      </w:r>
      <w:proofErr w:type="spellStart"/>
      <w:r w:rsidRPr="00FA419A">
        <w:rPr>
          <w:b/>
          <w:bCs/>
          <w:lang w:val="ru-RU"/>
        </w:rPr>
        <w:t>операція</w:t>
      </w:r>
      <w:proofErr w:type="spellEnd"/>
      <w:r w:rsidRPr="00FA419A">
        <w:rPr>
          <w:b/>
          <w:bCs/>
          <w:lang w:val="ru-RU"/>
        </w:rPr>
        <w:t xml:space="preserve"> проведена через</w:t>
      </w:r>
      <w:r w:rsidR="00FA419A" w:rsidRPr="00FA419A">
        <w:rPr>
          <w:b/>
          <w:bCs/>
          <w:lang w:val="ru-RU"/>
        </w:rPr>
        <w:t>:</w:t>
      </w:r>
      <w:r w:rsidR="0047728F">
        <w:rPr>
          <w:b/>
          <w:bCs/>
          <w:lang w:val="ru-RU"/>
        </w:rPr>
        <w:t xml:space="preserve"> </w:t>
      </w:r>
      <w:r w:rsidR="0047728F" w:rsidRPr="0047728F">
        <w:rPr>
          <w:lang w:val="ru-RU"/>
        </w:rPr>
        <w:t>ФН ПРРО ___________________.</w:t>
      </w:r>
    </w:p>
    <w:p w14:paraId="2934A377" w14:textId="77777777" w:rsidR="0041644D" w:rsidRPr="00FA419A" w:rsidRDefault="007E64FE" w:rsidP="00FA419A">
      <w:pPr>
        <w:spacing w:after="0" w:line="240" w:lineRule="auto"/>
        <w:rPr>
          <w:b/>
          <w:bCs/>
          <w:lang w:val="ru-RU"/>
        </w:rPr>
      </w:pPr>
      <w:proofErr w:type="spellStart"/>
      <w:r w:rsidRPr="00FA419A">
        <w:rPr>
          <w:b/>
          <w:bCs/>
          <w:lang w:val="ru-RU"/>
        </w:rPr>
        <w:t>Підтверджено</w:t>
      </w:r>
      <w:proofErr w:type="spellEnd"/>
      <w:r w:rsidRPr="00FA419A">
        <w:rPr>
          <w:b/>
          <w:bCs/>
          <w:lang w:val="ru-RU"/>
        </w:rPr>
        <w:t xml:space="preserve"> </w:t>
      </w:r>
      <w:proofErr w:type="spellStart"/>
      <w:r w:rsidRPr="00FA419A">
        <w:rPr>
          <w:b/>
          <w:bCs/>
          <w:lang w:val="ru-RU"/>
        </w:rPr>
        <w:t>фіскальним</w:t>
      </w:r>
      <w:proofErr w:type="spellEnd"/>
      <w:r w:rsidRPr="00FA419A">
        <w:rPr>
          <w:b/>
          <w:bCs/>
          <w:lang w:val="ru-RU"/>
        </w:rPr>
        <w:t xml:space="preserve"> </w:t>
      </w:r>
      <w:proofErr w:type="spellStart"/>
      <w:r w:rsidRPr="00FA419A">
        <w:rPr>
          <w:b/>
          <w:bCs/>
          <w:lang w:val="ru-RU"/>
        </w:rPr>
        <w:t>касовим</w:t>
      </w:r>
      <w:proofErr w:type="spellEnd"/>
      <w:r w:rsidRPr="00FA419A">
        <w:rPr>
          <w:b/>
          <w:bCs/>
          <w:lang w:val="ru-RU"/>
        </w:rPr>
        <w:t xml:space="preserve"> чеком </w:t>
      </w:r>
      <w:proofErr w:type="spellStart"/>
      <w:r w:rsidRPr="00FA419A">
        <w:rPr>
          <w:b/>
          <w:bCs/>
          <w:lang w:val="ru-RU"/>
        </w:rPr>
        <w:t>видачі</w:t>
      </w:r>
      <w:proofErr w:type="spellEnd"/>
      <w:r w:rsidRPr="00FA419A">
        <w:rPr>
          <w:b/>
          <w:bCs/>
          <w:lang w:val="ru-RU"/>
        </w:rPr>
        <w:t xml:space="preserve"> </w:t>
      </w:r>
      <w:proofErr w:type="spellStart"/>
      <w:r w:rsidRPr="00FA419A">
        <w:rPr>
          <w:b/>
          <w:bCs/>
          <w:lang w:val="ru-RU"/>
        </w:rPr>
        <w:t>коштів</w:t>
      </w:r>
      <w:proofErr w:type="spellEnd"/>
      <w:r w:rsidRPr="00FA419A">
        <w:rPr>
          <w:b/>
          <w:bCs/>
          <w:lang w:val="ru-RU"/>
        </w:rPr>
        <w:t xml:space="preserve"> за формою № ФКЧ-2</w:t>
      </w:r>
    </w:p>
    <w:p w14:paraId="636FDBA7" w14:textId="77777777" w:rsidR="0041644D" w:rsidRPr="00FA419A" w:rsidRDefault="00FA419A" w:rsidP="00FA419A">
      <w:pPr>
        <w:spacing w:after="0" w:line="240" w:lineRule="auto"/>
        <w:rPr>
          <w:lang w:val="ru-RU"/>
        </w:rPr>
      </w:pPr>
      <w:r w:rsidRPr="00743CDC">
        <w:rPr>
          <w:lang w:val="ru-RU"/>
        </w:rPr>
        <w:t xml:space="preserve">№ </w:t>
      </w:r>
      <w:r w:rsidRPr="00611260">
        <w:rPr>
          <w:lang w:val="ru-RU"/>
        </w:rPr>
        <w:t>_________________________</w:t>
      </w:r>
      <w:r w:rsidRPr="00743CDC">
        <w:rPr>
          <w:lang w:val="ru-RU"/>
        </w:rPr>
        <w:t xml:space="preserve">   дата </w:t>
      </w:r>
      <w:r w:rsidRPr="00611260">
        <w:rPr>
          <w:lang w:val="ru-RU"/>
        </w:rPr>
        <w:t>______________</w:t>
      </w:r>
      <w:r w:rsidRPr="00743CDC">
        <w:rPr>
          <w:lang w:val="ru-RU"/>
        </w:rPr>
        <w:t xml:space="preserve">    час: </w:t>
      </w:r>
      <w:r w:rsidRPr="00611260">
        <w:rPr>
          <w:lang w:val="ru-RU"/>
        </w:rPr>
        <w:t>_______</w:t>
      </w:r>
      <w:r w:rsidRPr="00743CDC">
        <w:rPr>
          <w:lang w:val="ru-RU"/>
        </w:rPr>
        <w:t xml:space="preserve"> год </w:t>
      </w:r>
      <w:r w:rsidRPr="00FA419A">
        <w:rPr>
          <w:lang w:val="ru-RU"/>
        </w:rPr>
        <w:t>_______</w:t>
      </w:r>
      <w:r w:rsidRPr="00743CDC">
        <w:rPr>
          <w:lang w:val="ru-RU"/>
        </w:rPr>
        <w:t xml:space="preserve"> </w:t>
      </w:r>
      <w:proofErr w:type="spellStart"/>
      <w:r w:rsidRPr="00743CDC">
        <w:rPr>
          <w:lang w:val="ru-RU"/>
        </w:rPr>
        <w:t>хв</w:t>
      </w:r>
      <w:proofErr w:type="spellEnd"/>
      <w:r w:rsidRPr="00FA419A">
        <w:rPr>
          <w:lang w:val="ru-RU"/>
        </w:rPr>
        <w:t xml:space="preserve"> _______ с</w:t>
      </w:r>
      <w:r>
        <w:rPr>
          <w:lang w:val="ru-RU"/>
        </w:rPr>
        <w:t>ек.</w:t>
      </w:r>
    </w:p>
    <w:p w14:paraId="554A8430" w14:textId="77777777" w:rsidR="00FA419A" w:rsidRDefault="00FA419A" w:rsidP="00FA419A">
      <w:pPr>
        <w:spacing w:after="0" w:line="240" w:lineRule="auto"/>
        <w:rPr>
          <w:lang w:val="ru-RU"/>
        </w:rPr>
      </w:pPr>
    </w:p>
    <w:p w14:paraId="26BDFC35" w14:textId="4466DB04" w:rsidR="0041644D" w:rsidRPr="00743CDC" w:rsidRDefault="007E64FE" w:rsidP="004E29BF">
      <w:pPr>
        <w:rPr>
          <w:lang w:val="ru-RU"/>
        </w:rPr>
      </w:pPr>
      <w:proofErr w:type="spellStart"/>
      <w:r w:rsidRPr="007E64FE">
        <w:rPr>
          <w:b/>
          <w:bCs/>
          <w:lang w:val="ru-RU"/>
        </w:rPr>
        <w:t>Продавець-касир</w:t>
      </w:r>
      <w:proofErr w:type="spellEnd"/>
      <w:r w:rsidRPr="007E64FE">
        <w:rPr>
          <w:b/>
          <w:bCs/>
          <w:lang w:val="ru-RU"/>
        </w:rPr>
        <w:t>:</w:t>
      </w:r>
      <w:r w:rsidR="003B7AE4">
        <w:rPr>
          <w:lang w:val="ru-RU"/>
        </w:rPr>
        <w:t xml:space="preserve">  </w:t>
      </w:r>
      <w:r w:rsidR="00517253">
        <w:rPr>
          <w:lang w:val="uk-UA"/>
        </w:rPr>
        <w:t xml:space="preserve">______________ </w:t>
      </w:r>
      <w:r w:rsidRPr="00743CDC">
        <w:rPr>
          <w:lang w:val="ru-RU"/>
        </w:rPr>
        <w:t>(</w:t>
      </w:r>
      <w:proofErr w:type="spellStart"/>
      <w:r w:rsidRPr="00743CDC">
        <w:rPr>
          <w:lang w:val="ru-RU"/>
        </w:rPr>
        <w:t>підпис</w:t>
      </w:r>
      <w:proofErr w:type="spellEnd"/>
      <w:r w:rsidRPr="00743CDC">
        <w:rPr>
          <w:lang w:val="ru-RU"/>
        </w:rPr>
        <w:t>)</w:t>
      </w:r>
      <w:r w:rsidR="00517253">
        <w:rPr>
          <w:lang w:val="ru-RU"/>
        </w:rPr>
        <w:t>,</w:t>
      </w:r>
      <w:r w:rsidR="004E29BF">
        <w:rPr>
          <w:lang w:val="ru-RU"/>
        </w:rPr>
        <w:t xml:space="preserve"> </w:t>
      </w:r>
      <w:r w:rsidR="00546ACC" w:rsidRPr="00546ACC">
        <w:rPr>
          <w:lang w:val="ru-RU"/>
        </w:rPr>
        <w:t>Патражалік Максим Олександрович</w:t>
      </w:r>
      <w:r w:rsidR="004E29BF">
        <w:rPr>
          <w:lang w:val="ru-RU"/>
        </w:rPr>
        <w:t xml:space="preserve"> </w:t>
      </w:r>
      <w:proofErr w:type="spellStart"/>
      <w:r w:rsidRPr="00743CDC">
        <w:rPr>
          <w:lang w:val="ru-RU"/>
        </w:rPr>
        <w:t>виконав</w:t>
      </w:r>
      <w:proofErr w:type="spellEnd"/>
      <w:r w:rsidRPr="00743CDC">
        <w:rPr>
          <w:lang w:val="ru-RU"/>
        </w:rPr>
        <w:t xml:space="preserve">(ла) </w:t>
      </w:r>
      <w:proofErr w:type="spellStart"/>
      <w:r w:rsidRPr="00743CDC">
        <w:rPr>
          <w:lang w:val="ru-RU"/>
        </w:rPr>
        <w:t>видачу</w:t>
      </w:r>
      <w:proofErr w:type="spellEnd"/>
      <w:r w:rsidRPr="00743CDC">
        <w:rPr>
          <w:lang w:val="ru-RU"/>
        </w:rPr>
        <w:t xml:space="preserve"> </w:t>
      </w:r>
      <w:proofErr w:type="spellStart"/>
      <w:r w:rsidRPr="00743CDC">
        <w:rPr>
          <w:lang w:val="ru-RU"/>
        </w:rPr>
        <w:t>коштів</w:t>
      </w:r>
      <w:proofErr w:type="spellEnd"/>
      <w:r w:rsidRPr="00743CDC">
        <w:rPr>
          <w:lang w:val="ru-RU"/>
        </w:rPr>
        <w:t xml:space="preserve"> і </w:t>
      </w:r>
      <w:proofErr w:type="spellStart"/>
      <w:r w:rsidRPr="00743CDC">
        <w:rPr>
          <w:lang w:val="ru-RU"/>
        </w:rPr>
        <w:t>отримав</w:t>
      </w:r>
      <w:proofErr w:type="spellEnd"/>
      <w:r w:rsidRPr="00743CDC">
        <w:rPr>
          <w:lang w:val="ru-RU"/>
        </w:rPr>
        <w:t>(ла) товар.</w:t>
      </w:r>
    </w:p>
    <w:p w14:paraId="61813DC4" w14:textId="77777777" w:rsidR="00FA419A" w:rsidRDefault="00FA419A" w:rsidP="00FA419A">
      <w:pPr>
        <w:spacing w:after="0" w:line="240" w:lineRule="auto"/>
        <w:rPr>
          <w:lang w:val="ru-RU"/>
        </w:rPr>
      </w:pPr>
    </w:p>
    <w:p w14:paraId="362B711B" w14:textId="77777777" w:rsidR="007E64FE" w:rsidRDefault="007E64FE" w:rsidP="00FA419A">
      <w:pPr>
        <w:spacing w:after="0" w:line="240" w:lineRule="auto"/>
        <w:rPr>
          <w:b/>
          <w:bCs/>
          <w:lang w:val="ru-RU"/>
        </w:rPr>
      </w:pPr>
    </w:p>
    <w:p w14:paraId="3B9ED7AD" w14:textId="76E34484" w:rsidR="000F0091" w:rsidRPr="00586B2A" w:rsidRDefault="007E64FE" w:rsidP="000F0091">
      <w:pPr>
        <w:rPr>
          <w:lang w:val="ru-RU"/>
        </w:rPr>
      </w:pPr>
      <w:proofErr w:type="spellStart"/>
      <w:r w:rsidRPr="007E64FE">
        <w:rPr>
          <w:b/>
          <w:bCs/>
          <w:lang w:val="ru-RU"/>
        </w:rPr>
        <w:t>Покупець</w:t>
      </w:r>
      <w:proofErr w:type="spellEnd"/>
      <w:r w:rsidRPr="007E64FE">
        <w:rPr>
          <w:b/>
          <w:bCs/>
          <w:lang w:val="ru-RU"/>
        </w:rPr>
        <w:t>:</w:t>
      </w:r>
      <w:r w:rsidRPr="00743CDC">
        <w:rPr>
          <w:lang w:val="ru-RU"/>
        </w:rPr>
        <w:t xml:space="preserve"> ____________________ (</w:t>
      </w:r>
      <w:proofErr w:type="spellStart"/>
      <w:r w:rsidRPr="00743CDC">
        <w:rPr>
          <w:lang w:val="ru-RU"/>
        </w:rPr>
        <w:t>підпис</w:t>
      </w:r>
      <w:proofErr w:type="spellEnd"/>
      <w:r w:rsidRPr="00743CDC">
        <w:rPr>
          <w:lang w:val="ru-RU"/>
        </w:rPr>
        <w:t xml:space="preserve">) </w:t>
      </w:r>
      <w:r w:rsidR="00586B2A">
        <w:rPr>
          <w:lang w:val="ru-RU"/>
        </w:rPr>
        <w:t>______________________________.</w:t>
      </w:r>
    </w:p>
    <w:p w14:paraId="57C4CA88" w14:textId="361440F2" w:rsidR="0041644D" w:rsidRPr="00743CDC" w:rsidRDefault="007E64FE" w:rsidP="000F0091">
      <w:pPr>
        <w:rPr>
          <w:lang w:val="ru-RU"/>
        </w:rPr>
      </w:pPr>
      <w:proofErr w:type="spellStart"/>
      <w:r w:rsidRPr="00743CDC">
        <w:rPr>
          <w:lang w:val="ru-RU"/>
        </w:rPr>
        <w:t>Кошти</w:t>
      </w:r>
      <w:proofErr w:type="spellEnd"/>
      <w:r w:rsidRPr="00743CDC">
        <w:rPr>
          <w:lang w:val="ru-RU"/>
        </w:rPr>
        <w:t xml:space="preserve"> у </w:t>
      </w:r>
      <w:r w:rsidR="00586B2A">
        <w:rPr>
          <w:lang w:val="ru-RU"/>
        </w:rPr>
        <w:t>__________</w:t>
      </w:r>
      <w:r w:rsidR="006D1EE6">
        <w:rPr>
          <w:lang w:val="uk-UA"/>
        </w:rPr>
        <w:t xml:space="preserve"> грн</w:t>
      </w:r>
      <w:r w:rsidR="00B94AC4">
        <w:rPr>
          <w:lang w:val="ru-RU"/>
        </w:rPr>
        <w:t>, (</w:t>
      </w:r>
      <w:r w:rsidR="00586B2A">
        <w:rPr>
          <w:lang w:val="ru-RU"/>
        </w:rPr>
        <w:t>(</w:t>
      </w:r>
      <w:r w:rsidR="00586B2A" w:rsidRPr="00586B2A">
        <w:rPr>
          <w:lang w:val="ru-RU"/>
        </w:rPr>
        <w:t>__________________________ 00 ко</w:t>
      </w:r>
      <w:r w:rsidR="00586B2A">
        <w:rPr>
          <w:lang w:val="ru-RU"/>
        </w:rPr>
        <w:t>п.</w:t>
      </w:r>
      <w:r w:rsidR="00B94AC4">
        <w:rPr>
          <w:lang w:val="uk-UA"/>
        </w:rPr>
        <w:t>)</w:t>
      </w:r>
      <w:r w:rsidRPr="00743CDC">
        <w:rPr>
          <w:lang w:val="ru-RU"/>
        </w:rPr>
        <w:t xml:space="preserve"> </w:t>
      </w:r>
      <w:proofErr w:type="spellStart"/>
      <w:r w:rsidRPr="00743CDC">
        <w:rPr>
          <w:lang w:val="ru-RU"/>
        </w:rPr>
        <w:t>отримав</w:t>
      </w:r>
      <w:proofErr w:type="spellEnd"/>
      <w:r w:rsidRPr="00743CDC">
        <w:rPr>
          <w:lang w:val="ru-RU"/>
        </w:rPr>
        <w:t>(ла).</w:t>
      </w:r>
    </w:p>
    <w:p w14:paraId="339AB692" w14:textId="77777777" w:rsidR="0041644D" w:rsidRPr="00743CDC" w:rsidRDefault="0041644D" w:rsidP="00FA419A">
      <w:pPr>
        <w:spacing w:after="0" w:line="240" w:lineRule="auto"/>
        <w:rPr>
          <w:lang w:val="ru-RU"/>
        </w:rPr>
      </w:pPr>
    </w:p>
    <w:p w14:paraId="515ADFD8" w14:textId="77777777" w:rsidR="0041644D" w:rsidRPr="00CA0D78" w:rsidRDefault="006D1EE6" w:rsidP="00FA419A">
      <w:pPr>
        <w:spacing w:after="0" w:line="240" w:lineRule="auto"/>
        <w:rPr>
          <w:b/>
          <w:bCs/>
          <w:lang w:val="ru-RU"/>
        </w:rPr>
      </w:pPr>
      <w:r w:rsidRPr="006D1EE6">
        <w:rPr>
          <w:b/>
          <w:bCs/>
          <w:lang w:val="ru-RU"/>
        </w:rPr>
        <w:t>__</w:t>
      </w:r>
      <w:proofErr w:type="gramStart"/>
      <w:r w:rsidRPr="006D1EE6">
        <w:rPr>
          <w:b/>
          <w:bCs/>
          <w:lang w:val="ru-RU"/>
        </w:rPr>
        <w:t>_  _</w:t>
      </w:r>
      <w:proofErr w:type="gramEnd"/>
      <w:r w:rsidRPr="006D1EE6">
        <w:rPr>
          <w:b/>
          <w:bCs/>
          <w:lang w:val="ru-RU"/>
        </w:rPr>
        <w:t>__________  20__ р.</w:t>
      </w:r>
    </w:p>
    <w:sectPr w:rsidR="0041644D" w:rsidRPr="00CA0D78" w:rsidSect="00BF37F8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1539527">
    <w:abstractNumId w:val="8"/>
  </w:num>
  <w:num w:numId="2" w16cid:durableId="1654408175">
    <w:abstractNumId w:val="6"/>
  </w:num>
  <w:num w:numId="3" w16cid:durableId="1308902545">
    <w:abstractNumId w:val="5"/>
  </w:num>
  <w:num w:numId="4" w16cid:durableId="1255212219">
    <w:abstractNumId w:val="4"/>
  </w:num>
  <w:num w:numId="5" w16cid:durableId="219680999">
    <w:abstractNumId w:val="7"/>
  </w:num>
  <w:num w:numId="6" w16cid:durableId="804856534">
    <w:abstractNumId w:val="3"/>
  </w:num>
  <w:num w:numId="7" w16cid:durableId="202329450">
    <w:abstractNumId w:val="2"/>
  </w:num>
  <w:num w:numId="8" w16cid:durableId="589045539">
    <w:abstractNumId w:val="1"/>
  </w:num>
  <w:num w:numId="9" w16cid:durableId="2034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C80"/>
    <w:rsid w:val="000F0091"/>
    <w:rsid w:val="0015074B"/>
    <w:rsid w:val="001A5CFE"/>
    <w:rsid w:val="0024679C"/>
    <w:rsid w:val="00256FF0"/>
    <w:rsid w:val="0029639D"/>
    <w:rsid w:val="00326F90"/>
    <w:rsid w:val="003653E7"/>
    <w:rsid w:val="003B7AE4"/>
    <w:rsid w:val="0041644D"/>
    <w:rsid w:val="0047728F"/>
    <w:rsid w:val="004C396E"/>
    <w:rsid w:val="004E29BF"/>
    <w:rsid w:val="00517253"/>
    <w:rsid w:val="00546ACC"/>
    <w:rsid w:val="00586B2A"/>
    <w:rsid w:val="00607944"/>
    <w:rsid w:val="00611260"/>
    <w:rsid w:val="006D1EE6"/>
    <w:rsid w:val="00712D45"/>
    <w:rsid w:val="00743CDC"/>
    <w:rsid w:val="0076087B"/>
    <w:rsid w:val="00786B38"/>
    <w:rsid w:val="007E64FE"/>
    <w:rsid w:val="00AA1D8D"/>
    <w:rsid w:val="00AF1D00"/>
    <w:rsid w:val="00B47730"/>
    <w:rsid w:val="00B70496"/>
    <w:rsid w:val="00B94AC4"/>
    <w:rsid w:val="00BF37F8"/>
    <w:rsid w:val="00CA0D78"/>
    <w:rsid w:val="00CB0664"/>
    <w:rsid w:val="00CE2127"/>
    <w:rsid w:val="00DD7C90"/>
    <w:rsid w:val="00DF3869"/>
    <w:rsid w:val="00F4011D"/>
    <w:rsid w:val="00FA41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7D496"/>
  <w14:defaultImageDpi w14:val="300"/>
  <w15:docId w15:val="{FAAD511D-64DA-8A40-88E3-69259BA4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Maksim Patrazhalik</cp:lastModifiedBy>
  <cp:revision>13</cp:revision>
  <dcterms:created xsi:type="dcterms:W3CDTF">2025-08-02T11:46:00Z</dcterms:created>
  <dcterms:modified xsi:type="dcterms:W3CDTF">2026-02-26T12:57:00Z</dcterms:modified>
  <cp:category/>
</cp:coreProperties>
</file>